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1188000" cy="14167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ta_logo_tarif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14167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b/>
          <w:color w:val="2A4036"/>
          <w:sz w:val="34"/>
        </w:rPr>
        <w:t>Kita Kleine Forscher - Betreuungstarife</w:t>
      </w:r>
    </w:p>
    <w:p>
      <w:pPr>
        <w:spacing w:before="100" w:after="60"/>
      </w:pPr>
      <w:r>
        <w:rPr>
          <w:b/>
          <w:color w:val="375F96"/>
          <w:sz w:val="23"/>
        </w:rPr>
        <w:t>Monatspauschale - Kinder unter 18 Monate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783"/>
        <w:gridCol w:w="3288"/>
      </w:tblGrid>
      <w:tr>
        <w:tc>
          <w:tcPr>
            <w:tcW w:type="dxa" w:w="5270"/>
            <w:shd w:fill="DCE8F5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rPr>
                <w:b/>
                <w:sz w:val="17"/>
              </w:rPr>
              <w:t>Betreuung</w:t>
            </w:r>
          </w:p>
        </w:tc>
        <w:tc>
          <w:tcPr>
            <w:tcW w:type="dxa" w:w="5270"/>
            <w:shd w:fill="DCE8F5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rPr>
                <w:b/>
                <w:sz w:val="17"/>
              </w:rPr>
              <w:t>Preis (CHF)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Ganztagsbetreuung (Mo-Fr)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2'500.-</w:t>
            </w:r>
          </w:p>
        </w:tc>
      </w:tr>
      <w:tr>
        <w:tc>
          <w:tcPr>
            <w:tcW w:type="dxa" w:w="5783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Vier Tage Betreuung</w:t>
            </w:r>
          </w:p>
        </w:tc>
        <w:tc>
          <w:tcPr>
            <w:tcW w:type="dxa" w:w="3288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2'000.-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Drei Tage Betreuung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1'500.-</w:t>
            </w:r>
          </w:p>
        </w:tc>
      </w:tr>
      <w:tr>
        <w:tc>
          <w:tcPr>
            <w:tcW w:type="dxa" w:w="5783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Zwei Tage Betreuung</w:t>
            </w:r>
          </w:p>
        </w:tc>
        <w:tc>
          <w:tcPr>
            <w:tcW w:type="dxa" w:w="3288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1'000.-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Halbtags mit Mittagessen (Mo-Fr)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2'300.-</w:t>
            </w:r>
          </w:p>
        </w:tc>
      </w:tr>
      <w:tr>
        <w:tc>
          <w:tcPr>
            <w:tcW w:type="dxa" w:w="5783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Halbtags ohne Mittagessen (Mo-Fr)</w:t>
            </w:r>
          </w:p>
        </w:tc>
        <w:tc>
          <w:tcPr>
            <w:tcW w:type="dxa" w:w="3288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2'200.-</w:t>
            </w:r>
          </w:p>
        </w:tc>
      </w:tr>
    </w:tbl>
    <w:p>
      <w:pPr>
        <w:spacing w:before="100" w:after="60"/>
      </w:pPr>
      <w:r>
        <w:rPr>
          <w:b/>
          <w:color w:val="375F96"/>
          <w:sz w:val="23"/>
        </w:rPr>
        <w:t>Monatspauschale - Kinder ab 18 Monate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783"/>
        <w:gridCol w:w="3288"/>
      </w:tblGrid>
      <w:tr>
        <w:tc>
          <w:tcPr>
            <w:tcW w:type="dxa" w:w="5270"/>
            <w:shd w:fill="DCE8F5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rPr>
                <w:b/>
                <w:sz w:val="17"/>
              </w:rPr>
              <w:t>Betreuung</w:t>
            </w:r>
          </w:p>
        </w:tc>
        <w:tc>
          <w:tcPr>
            <w:tcW w:type="dxa" w:w="5270"/>
            <w:shd w:fill="DCE8F5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rPr>
                <w:b/>
                <w:sz w:val="17"/>
              </w:rPr>
              <w:t>Preis (CHF)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Ganztagsbetreuung (Mo-Fr)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2'300.-</w:t>
            </w:r>
          </w:p>
        </w:tc>
      </w:tr>
      <w:tr>
        <w:tc>
          <w:tcPr>
            <w:tcW w:type="dxa" w:w="5783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Vier Tage Betreuung</w:t>
            </w:r>
          </w:p>
        </w:tc>
        <w:tc>
          <w:tcPr>
            <w:tcW w:type="dxa" w:w="3288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1'840.-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Drei Tage Betreuung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1'380.-</w:t>
            </w:r>
          </w:p>
        </w:tc>
      </w:tr>
      <w:tr>
        <w:tc>
          <w:tcPr>
            <w:tcW w:type="dxa" w:w="5783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Zwei Tage Betreuung</w:t>
            </w:r>
          </w:p>
        </w:tc>
        <w:tc>
          <w:tcPr>
            <w:tcW w:type="dxa" w:w="3288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920.-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Halbtags mit Mittagessen (Mo-Fr)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2'100.-</w:t>
            </w:r>
          </w:p>
        </w:tc>
      </w:tr>
      <w:tr>
        <w:tc>
          <w:tcPr>
            <w:tcW w:type="dxa" w:w="5783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Halbtags ohne Mittagessen (Mo-Fr)</w:t>
            </w:r>
          </w:p>
        </w:tc>
        <w:tc>
          <w:tcPr>
            <w:tcW w:type="dxa" w:w="3288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1'600.-</w:t>
            </w:r>
          </w:p>
        </w:tc>
      </w:tr>
    </w:tbl>
    <w:p>
      <w:pPr>
        <w:spacing w:before="100" w:after="60"/>
      </w:pPr>
      <w:r>
        <w:rPr>
          <w:b/>
          <w:color w:val="375F96"/>
          <w:sz w:val="23"/>
        </w:rPr>
        <w:t>Tagestarife</w:t>
      </w:r>
    </w:p>
    <w:p>
      <w:pPr>
        <w:spacing w:after="60"/>
      </w:pPr>
      <w:r>
        <w:rPr>
          <w:i/>
          <w:sz w:val="17"/>
        </w:rPr>
        <w:t>Hinweis: Tagestarife werden jeweils für vier Wochen berechnet.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783"/>
        <w:gridCol w:w="3288"/>
      </w:tblGrid>
      <w:tr>
        <w:tc>
          <w:tcPr>
            <w:tcW w:type="dxa" w:w="5270"/>
            <w:shd w:fill="DCE8F5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rPr>
                <w:b/>
                <w:sz w:val="17"/>
              </w:rPr>
              <w:t>Betreuung</w:t>
            </w:r>
          </w:p>
        </w:tc>
        <w:tc>
          <w:tcPr>
            <w:tcW w:type="dxa" w:w="5270"/>
            <w:shd w:fill="DCE8F5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rPr>
                <w:b/>
                <w:sz w:val="17"/>
              </w:rPr>
              <w:t>Preis (CHF)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Halbtags ohne Mittagessen - ab 18 Monate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80.-</w:t>
            </w:r>
          </w:p>
        </w:tc>
      </w:tr>
      <w:tr>
        <w:tc>
          <w:tcPr>
            <w:tcW w:type="dxa" w:w="5783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Halbtags ohne Mittagessen - unter 18 Monate</w:t>
            </w:r>
          </w:p>
        </w:tc>
        <w:tc>
          <w:tcPr>
            <w:tcW w:type="dxa" w:w="3288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90.-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Halbtags mit Mittagessen - ab 18 Monate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105.-</w:t>
            </w:r>
          </w:p>
        </w:tc>
      </w:tr>
      <w:tr>
        <w:tc>
          <w:tcPr>
            <w:tcW w:type="dxa" w:w="5783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Halbtags mit Mittagessen - unter 18 Monate</w:t>
            </w:r>
          </w:p>
        </w:tc>
        <w:tc>
          <w:tcPr>
            <w:tcW w:type="dxa" w:w="3288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110.-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Ganztags - ab 18 Monate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115.-</w:t>
            </w:r>
          </w:p>
        </w:tc>
      </w:tr>
      <w:tr>
        <w:tc>
          <w:tcPr>
            <w:tcW w:type="dxa" w:w="5783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Ganztags - unter 18 Monate</w:t>
            </w:r>
          </w:p>
        </w:tc>
        <w:tc>
          <w:tcPr>
            <w:tcW w:type="dxa" w:w="3288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125.-</w:t>
            </w:r>
          </w:p>
        </w:tc>
      </w:tr>
    </w:tbl>
    <w:p>
      <w:pPr>
        <w:spacing w:before="100" w:after="60"/>
      </w:pPr>
      <w:r>
        <w:rPr>
          <w:b/>
          <w:color w:val="375F96"/>
          <w:sz w:val="23"/>
        </w:rPr>
        <w:t>Tagestarife - Kindergarten- und Schulkinder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783"/>
        <w:gridCol w:w="3288"/>
      </w:tblGrid>
      <w:tr>
        <w:tc>
          <w:tcPr>
            <w:tcW w:type="dxa" w:w="5270"/>
            <w:shd w:fill="DCE8F5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rPr>
                <w:b/>
                <w:sz w:val="17"/>
              </w:rPr>
              <w:t>Betreuung</w:t>
            </w:r>
          </w:p>
        </w:tc>
        <w:tc>
          <w:tcPr>
            <w:tcW w:type="dxa" w:w="5270"/>
            <w:shd w:fill="DCE8F5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rPr>
                <w:b/>
                <w:sz w:val="17"/>
              </w:rPr>
              <w:t>Preis (CHF)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Kindergartenkinder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110.-</w:t>
            </w:r>
          </w:p>
        </w:tc>
      </w:tr>
      <w:tr>
        <w:tc>
          <w:tcPr>
            <w:tcW w:type="dxa" w:w="5783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Schulkinder</w:t>
            </w:r>
          </w:p>
        </w:tc>
        <w:tc>
          <w:tcPr>
            <w:tcW w:type="dxa" w:w="3288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90.-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Mittagstisch (12:00-13:30 Uhr)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18.-</w:t>
            </w:r>
          </w:p>
        </w:tc>
      </w:tr>
    </w:tbl>
    <w:p>
      <w:pPr>
        <w:spacing w:before="100" w:after="60"/>
      </w:pPr>
      <w:r>
        <w:rPr>
          <w:b/>
          <w:color w:val="375F96"/>
          <w:sz w:val="23"/>
        </w:rPr>
        <w:t>Zusatztage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783"/>
        <w:gridCol w:w="3288"/>
      </w:tblGrid>
      <w:tr>
        <w:tc>
          <w:tcPr>
            <w:tcW w:type="dxa" w:w="5270"/>
            <w:shd w:fill="DCE8F5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rPr>
                <w:b/>
                <w:sz w:val="17"/>
              </w:rPr>
              <w:t>Betreuung</w:t>
            </w:r>
          </w:p>
        </w:tc>
        <w:tc>
          <w:tcPr>
            <w:tcW w:type="dxa" w:w="5270"/>
            <w:shd w:fill="DCE8F5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rPr>
                <w:b/>
                <w:sz w:val="17"/>
              </w:rPr>
              <w:t>Preis (CHF)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Halbtags ohne Mittagessen - ab/unter 18 Monate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80.- / 90.-</w:t>
            </w:r>
          </w:p>
        </w:tc>
      </w:tr>
      <w:tr>
        <w:tc>
          <w:tcPr>
            <w:tcW w:type="dxa" w:w="5783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Halbtags mit Mittagessen - ab/unter 18 Monate</w:t>
            </w:r>
          </w:p>
        </w:tc>
        <w:tc>
          <w:tcPr>
            <w:tcW w:type="dxa" w:w="3288"/>
            <w:shd w:fill="F8FAF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110.- / 115.-</w:t>
            </w:r>
          </w:p>
        </w:tc>
      </w:tr>
      <w:tr>
        <w:tc>
          <w:tcPr>
            <w:tcW w:type="dxa" w:w="578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Ganztags - ab/unter 18 Monate</w:t>
            </w:r>
          </w:p>
        </w:tc>
        <w:tc>
          <w:tcPr>
            <w:tcW w:type="dxa" w:w="3288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120.- / 125.-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510" w:right="850" w:bottom="51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6E6E"/>
        <w:sz w:val="15"/>
      </w:rPr>
      <w:t>Kita Kleine Forscher | Betreuungstarife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